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315FAA" w14:textId="7E48ED1A" w:rsidR="00B037D3" w:rsidRPr="000A29DF" w:rsidRDefault="00207E40" w:rsidP="000A29DF">
      <w:pPr>
        <w:pStyle w:val="Title"/>
        <w:jc w:val="center"/>
        <w:rPr>
          <w:color w:val="000000" w:themeColor="text1"/>
          <w:sz w:val="48"/>
          <w:szCs w:val="48"/>
        </w:rPr>
      </w:pPr>
      <w:r>
        <w:rPr>
          <w:color w:val="000000" w:themeColor="text1"/>
          <w:sz w:val="48"/>
          <w:szCs w:val="48"/>
        </w:rPr>
        <w:t>End of Project Report</w:t>
      </w:r>
      <w:r w:rsidR="00A5214A">
        <w:rPr>
          <w:color w:val="000000" w:themeColor="text1"/>
          <w:sz w:val="48"/>
          <w:szCs w:val="48"/>
        </w:rPr>
        <w:t xml:space="preserve"> for</w:t>
      </w:r>
      <w:r w:rsidR="00B037D3" w:rsidRPr="000A29DF">
        <w:rPr>
          <w:color w:val="000000" w:themeColor="text1"/>
          <w:sz w:val="48"/>
          <w:szCs w:val="48"/>
        </w:rPr>
        <w:t xml:space="preserve"> Research Protocol Involving Human </w:t>
      </w:r>
      <w:r w:rsidR="00A5214A">
        <w:rPr>
          <w:color w:val="000000" w:themeColor="text1"/>
          <w:sz w:val="48"/>
          <w:szCs w:val="48"/>
        </w:rPr>
        <w:t>Participants</w:t>
      </w:r>
    </w:p>
    <w:p w14:paraId="672FBEB1" w14:textId="77777777" w:rsidR="00B037D3" w:rsidRPr="000A29DF" w:rsidRDefault="00B037D3" w:rsidP="00B037D3">
      <w:pPr>
        <w:jc w:val="center"/>
        <w:rPr>
          <w:color w:val="000000" w:themeColor="text1"/>
        </w:rPr>
      </w:pPr>
      <w:r w:rsidRPr="000A29DF">
        <w:rPr>
          <w:color w:val="000000" w:themeColor="text1"/>
        </w:rPr>
        <w:t>Fitchburg State University</w:t>
      </w:r>
    </w:p>
    <w:p w14:paraId="2DB38683" w14:textId="77777777" w:rsidR="00C22231" w:rsidRPr="000A29DF" w:rsidRDefault="00000000">
      <w:pPr>
        <w:jc w:val="center"/>
        <w:rPr>
          <w:color w:val="000000" w:themeColor="text1"/>
        </w:rPr>
      </w:pPr>
      <w:r w:rsidRPr="000A29DF">
        <w:rPr>
          <w:color w:val="000000" w:themeColor="text1"/>
        </w:rPr>
        <w:t>Institutional Review Board (IRB)</w:t>
      </w:r>
    </w:p>
    <w:p w14:paraId="5B3C0CE1" w14:textId="33B06C15" w:rsidR="00C22231" w:rsidRPr="000A29DF" w:rsidRDefault="00207E40">
      <w:pPr>
        <w:pStyle w:val="Heading1"/>
        <w:rPr>
          <w:color w:val="000000" w:themeColor="text1"/>
        </w:rPr>
      </w:pPr>
      <w:r>
        <w:rPr>
          <w:color w:val="000000" w:themeColor="text1"/>
        </w:rPr>
        <w:t>End of Project Report</w:t>
      </w:r>
      <w:r w:rsidR="00A5214A">
        <w:rPr>
          <w:color w:val="000000" w:themeColor="text1"/>
        </w:rPr>
        <w:t xml:space="preserve"> for</w:t>
      </w:r>
      <w:r w:rsidR="00000000" w:rsidRPr="000A29DF">
        <w:rPr>
          <w:color w:val="000000" w:themeColor="text1"/>
        </w:rPr>
        <w:t xml:space="preserve"> Research Protocol Involving Human </w:t>
      </w:r>
      <w:r w:rsidR="00A5214A">
        <w:rPr>
          <w:color w:val="000000" w:themeColor="text1"/>
        </w:rPr>
        <w:t>Participant</w:t>
      </w:r>
      <w:r w:rsidR="00000000" w:rsidRPr="000A29DF">
        <w:rPr>
          <w:color w:val="000000" w:themeColor="text1"/>
        </w:rPr>
        <w:t>s</w:t>
      </w:r>
    </w:p>
    <w:p w14:paraId="29C703E8" w14:textId="77777777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>Instructions</w:t>
      </w:r>
    </w:p>
    <w:p w14:paraId="52EDB1E6" w14:textId="51513F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 xml:space="preserve">Complete all fields. </w:t>
      </w:r>
      <w:r w:rsidR="00FF12DD">
        <w:rPr>
          <w:color w:val="000000" w:themeColor="text1"/>
        </w:rPr>
        <w:t>If not applicable, please enter N/A</w:t>
      </w:r>
      <w:r w:rsidRPr="000A29DF">
        <w:rPr>
          <w:color w:val="000000" w:themeColor="text1"/>
        </w:rPr>
        <w:t xml:space="preserve">. </w:t>
      </w:r>
      <w:r w:rsidR="000A29DF">
        <w:rPr>
          <w:color w:val="000000" w:themeColor="text1"/>
        </w:rPr>
        <w:t>Type your responses on the lines/in the space provided</w:t>
      </w:r>
      <w:r w:rsidRPr="000A29DF">
        <w:rPr>
          <w:color w:val="000000" w:themeColor="text1"/>
        </w:rPr>
        <w:t>. Attach any updated or new documents referenced.</w:t>
      </w:r>
    </w:p>
    <w:p w14:paraId="03CE9D80" w14:textId="77777777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>Section 1: Applicant Information</w:t>
      </w:r>
    </w:p>
    <w:p w14:paraId="287CDBEB" w14:textId="59C9FF35" w:rsidR="00C22231" w:rsidRPr="000A29DF" w:rsidRDefault="00000000">
      <w:pPr>
        <w:pStyle w:val="ListBullet"/>
        <w:rPr>
          <w:color w:val="000000" w:themeColor="text1"/>
        </w:rPr>
      </w:pPr>
      <w:r w:rsidRPr="000A29DF">
        <w:rPr>
          <w:color w:val="000000" w:themeColor="text1"/>
        </w:rPr>
        <w:t>Principal Investigator (PI)</w:t>
      </w:r>
    </w:p>
    <w:p w14:paraId="590D847C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Full Name: ________________________________</w:t>
      </w:r>
    </w:p>
    <w:p w14:paraId="76A07923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Phone Number: ____________________________</w:t>
      </w:r>
    </w:p>
    <w:p w14:paraId="055429BB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Email Address: ____________________________</w:t>
      </w:r>
    </w:p>
    <w:p w14:paraId="08D1A1B6" w14:textId="77777777" w:rsidR="00C22231" w:rsidRPr="000A29DF" w:rsidRDefault="00000000">
      <w:pPr>
        <w:pStyle w:val="ListBullet"/>
        <w:rPr>
          <w:color w:val="000000" w:themeColor="text1"/>
        </w:rPr>
      </w:pPr>
      <w:r w:rsidRPr="000A29DF">
        <w:rPr>
          <w:color w:val="000000" w:themeColor="text1"/>
        </w:rPr>
        <w:t>Faculty Advisor (if PI is a student)</w:t>
      </w:r>
    </w:p>
    <w:p w14:paraId="6D356E20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Full Name: ________________________________</w:t>
      </w:r>
    </w:p>
    <w:p w14:paraId="35CEA581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Phone Number: ____________________________</w:t>
      </w:r>
    </w:p>
    <w:p w14:paraId="53B024A6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Email Address: ____________________________</w:t>
      </w:r>
    </w:p>
    <w:p w14:paraId="277AC587" w14:textId="77777777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>Section 2: Project Information</w:t>
      </w:r>
    </w:p>
    <w:p w14:paraId="2BF8A1FD" w14:textId="6CA47D78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Project Title</w:t>
      </w:r>
    </w:p>
    <w:p w14:paraId="7C6B277F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__________________________________________</w:t>
      </w:r>
    </w:p>
    <w:p w14:paraId="4E0EAC63" w14:textId="77777777" w:rsidR="00FF12DD" w:rsidRDefault="00FF12DD" w:rsidP="00A5214A">
      <w:pPr>
        <w:rPr>
          <w:color w:val="000000" w:themeColor="text1"/>
        </w:rPr>
      </w:pPr>
    </w:p>
    <w:p w14:paraId="3A50E772" w14:textId="001F5BBA" w:rsidR="00A5214A" w:rsidRPr="000A29DF" w:rsidRDefault="00A5214A" w:rsidP="00A5214A">
      <w:pPr>
        <w:rPr>
          <w:color w:val="000000" w:themeColor="text1"/>
        </w:rPr>
      </w:pPr>
      <w:r w:rsidRPr="000A29DF">
        <w:rPr>
          <w:color w:val="000000" w:themeColor="text1"/>
        </w:rPr>
        <w:t>Project Period</w:t>
      </w:r>
    </w:p>
    <w:p w14:paraId="4CCBCD4A" w14:textId="77777777" w:rsidR="00A5214A" w:rsidRPr="000A29DF" w:rsidRDefault="00A5214A" w:rsidP="00A5214A">
      <w:pPr>
        <w:rPr>
          <w:color w:val="000000" w:themeColor="text1"/>
        </w:rPr>
      </w:pPr>
      <w:r w:rsidRPr="000A29DF">
        <w:rPr>
          <w:color w:val="000000" w:themeColor="text1"/>
        </w:rPr>
        <w:t>Start Date (MM/DD/YYYY): ____________________</w:t>
      </w:r>
    </w:p>
    <w:p w14:paraId="418F77A9" w14:textId="77777777" w:rsidR="00A5214A" w:rsidRPr="000A29DF" w:rsidRDefault="00A5214A" w:rsidP="00A5214A">
      <w:pPr>
        <w:rPr>
          <w:color w:val="000000" w:themeColor="text1"/>
        </w:rPr>
      </w:pPr>
      <w:r w:rsidRPr="000A29DF">
        <w:rPr>
          <w:color w:val="000000" w:themeColor="text1"/>
        </w:rPr>
        <w:t>End Date (MM/DD/YYYY): ______________________</w:t>
      </w:r>
    </w:p>
    <w:p w14:paraId="4DAC13CA" w14:textId="77777777" w:rsidR="00A5214A" w:rsidRDefault="00A5214A" w:rsidP="00A5214A">
      <w:pPr>
        <w:rPr>
          <w:color w:val="000000" w:themeColor="text1"/>
        </w:rPr>
      </w:pPr>
    </w:p>
    <w:p w14:paraId="70528BEA" w14:textId="0FEFDDDF" w:rsidR="00A5214A" w:rsidRPr="000A29DF" w:rsidRDefault="00A5214A" w:rsidP="00A5214A">
      <w:pPr>
        <w:rPr>
          <w:color w:val="000000" w:themeColor="text1"/>
        </w:rPr>
      </w:pPr>
      <w:r>
        <w:rPr>
          <w:color w:val="000000" w:themeColor="text1"/>
        </w:rPr>
        <w:lastRenderedPageBreak/>
        <w:t>Fitchburg State IRB#</w:t>
      </w:r>
      <w:r w:rsidRPr="000A29DF">
        <w:rPr>
          <w:color w:val="000000" w:themeColor="text1"/>
        </w:rPr>
        <w:t xml:space="preserve"> </w:t>
      </w:r>
    </w:p>
    <w:p w14:paraId="29CE93F5" w14:textId="77777777" w:rsidR="00A5214A" w:rsidRPr="000A29DF" w:rsidRDefault="00A5214A" w:rsidP="00A5214A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__________________________________________</w:t>
      </w:r>
    </w:p>
    <w:p w14:paraId="35D72301" w14:textId="01DDC799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Project Type (Select one)</w:t>
      </w:r>
    </w:p>
    <w:p w14:paraId="1966BE8C" w14:textId="7E3C0397" w:rsidR="00C22231" w:rsidRPr="000A29DF" w:rsidRDefault="000A29DF">
      <w:pPr>
        <w:rPr>
          <w:color w:val="000000" w:themeColor="text1"/>
        </w:rPr>
      </w:pPr>
      <w:r>
        <w:rPr>
          <w:color w:val="000000" w:themeColor="text1"/>
        </w:rPr>
        <w:t>______</w:t>
      </w:r>
      <w:r w:rsidR="00000000" w:rsidRPr="000A29DF">
        <w:rPr>
          <w:color w:val="000000" w:themeColor="text1"/>
        </w:rPr>
        <w:t xml:space="preserve"> Exempt</w:t>
      </w:r>
    </w:p>
    <w:p w14:paraId="15A8CAE4" w14:textId="1D483529" w:rsidR="00C22231" w:rsidRPr="000A29DF" w:rsidRDefault="000A29DF">
      <w:pPr>
        <w:rPr>
          <w:color w:val="000000" w:themeColor="text1"/>
        </w:rPr>
      </w:pPr>
      <w:r>
        <w:rPr>
          <w:color w:val="000000" w:themeColor="text1"/>
        </w:rPr>
        <w:t>______</w:t>
      </w:r>
      <w:r w:rsidR="00000000" w:rsidRPr="000A29DF">
        <w:rPr>
          <w:color w:val="000000" w:themeColor="text1"/>
        </w:rPr>
        <w:t xml:space="preserve"> Expedited</w:t>
      </w:r>
    </w:p>
    <w:p w14:paraId="578C8871" w14:textId="4520A74B" w:rsidR="00A5214A" w:rsidRDefault="000A29DF" w:rsidP="00132280">
      <w:pPr>
        <w:rPr>
          <w:color w:val="000000" w:themeColor="text1"/>
        </w:rPr>
      </w:pPr>
      <w:r>
        <w:rPr>
          <w:color w:val="000000" w:themeColor="text1"/>
        </w:rPr>
        <w:t>______</w:t>
      </w:r>
      <w:r w:rsidR="00000000" w:rsidRPr="000A29DF">
        <w:rPr>
          <w:color w:val="000000" w:themeColor="text1"/>
        </w:rPr>
        <w:t xml:space="preserve"> Full Review</w:t>
      </w:r>
    </w:p>
    <w:p w14:paraId="02F762D9" w14:textId="77777777" w:rsidR="00132280" w:rsidRDefault="00132280" w:rsidP="00132280">
      <w:pPr>
        <w:rPr>
          <w:color w:val="000000" w:themeColor="text1"/>
        </w:rPr>
      </w:pPr>
    </w:p>
    <w:p w14:paraId="7381D6C0" w14:textId="2DF63E7C" w:rsidR="00A5214A" w:rsidRPr="000A29DF" w:rsidRDefault="00A5214A" w:rsidP="00A5214A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 xml:space="preserve">Section 3: </w:t>
      </w:r>
      <w:r w:rsidR="00207E40">
        <w:rPr>
          <w:color w:val="000000" w:themeColor="text1"/>
        </w:rPr>
        <w:t>End of Project Summary</w:t>
      </w:r>
    </w:p>
    <w:p w14:paraId="57187AF6" w14:textId="411661F6" w:rsidR="00A5214A" w:rsidRDefault="00FF12DD" w:rsidP="00A5214A">
      <w:pPr>
        <w:rPr>
          <w:color w:val="000000" w:themeColor="text1"/>
        </w:rPr>
      </w:pPr>
      <w:r>
        <w:rPr>
          <w:color w:val="000000" w:themeColor="text1"/>
        </w:rPr>
        <w:t xml:space="preserve">Summary </w:t>
      </w:r>
      <w:r w:rsidR="005E326D">
        <w:rPr>
          <w:color w:val="000000" w:themeColor="text1"/>
        </w:rPr>
        <w:t xml:space="preserve">for Entire IRB Approval </w:t>
      </w:r>
      <w:r>
        <w:rPr>
          <w:color w:val="000000" w:themeColor="text1"/>
        </w:rPr>
        <w:t>Period</w:t>
      </w:r>
      <w:r w:rsidR="005E326D">
        <w:rPr>
          <w:color w:val="000000" w:themeColor="text1"/>
        </w:rPr>
        <w:t xml:space="preserve"> for this Research Project</w:t>
      </w:r>
    </w:p>
    <w:p w14:paraId="06441ED5" w14:textId="7A1E04CA" w:rsidR="00A5214A" w:rsidRPr="000A29DF" w:rsidRDefault="00A5214A" w:rsidP="00A5214A">
      <w:pPr>
        <w:rPr>
          <w:color w:val="000000" w:themeColor="text1"/>
        </w:rPr>
      </w:pPr>
      <w:r>
        <w:rPr>
          <w:color w:val="000000" w:themeColor="text1"/>
        </w:rPr>
        <w:t>Number of participants who completed the study</w:t>
      </w:r>
      <w:r w:rsidRPr="000A29DF">
        <w:rPr>
          <w:color w:val="000000" w:themeColor="text1"/>
        </w:rPr>
        <w:t>: _____</w:t>
      </w:r>
    </w:p>
    <w:p w14:paraId="3B0B16F4" w14:textId="764484E7" w:rsidR="00A5214A" w:rsidRPr="000A29DF" w:rsidRDefault="00A5214A" w:rsidP="00A5214A">
      <w:pPr>
        <w:rPr>
          <w:color w:val="000000" w:themeColor="text1"/>
        </w:rPr>
      </w:pPr>
      <w:r>
        <w:rPr>
          <w:color w:val="000000" w:themeColor="text1"/>
        </w:rPr>
        <w:t xml:space="preserve">Number of participants who </w:t>
      </w:r>
      <w:r>
        <w:rPr>
          <w:color w:val="000000" w:themeColor="text1"/>
        </w:rPr>
        <w:t>voluntarily withdrew from the study</w:t>
      </w:r>
      <w:r w:rsidRPr="000A29DF">
        <w:rPr>
          <w:color w:val="000000" w:themeColor="text1"/>
        </w:rPr>
        <w:t xml:space="preserve">: </w:t>
      </w:r>
      <w:r w:rsidR="00FF12DD" w:rsidRPr="000A29DF">
        <w:rPr>
          <w:color w:val="000000" w:themeColor="text1"/>
        </w:rPr>
        <w:t>_____</w:t>
      </w:r>
    </w:p>
    <w:p w14:paraId="337C67E2" w14:textId="7B3C738E" w:rsidR="00A5214A" w:rsidRPr="000A29DF" w:rsidRDefault="00A5214A" w:rsidP="00A5214A">
      <w:pPr>
        <w:rPr>
          <w:color w:val="000000" w:themeColor="text1"/>
        </w:rPr>
      </w:pPr>
      <w:r>
        <w:rPr>
          <w:color w:val="000000" w:themeColor="text1"/>
        </w:rPr>
        <w:t xml:space="preserve">Number of participants who </w:t>
      </w:r>
      <w:r>
        <w:rPr>
          <w:color w:val="000000" w:themeColor="text1"/>
        </w:rPr>
        <w:t>experienced adverse reactions, complications, or injuries resulting from participation in the study</w:t>
      </w:r>
      <w:r w:rsidRPr="000A29DF">
        <w:rPr>
          <w:color w:val="000000" w:themeColor="text1"/>
        </w:rPr>
        <w:t xml:space="preserve">: </w:t>
      </w:r>
      <w:r w:rsidR="00FF12DD" w:rsidRPr="000A29DF">
        <w:rPr>
          <w:color w:val="000000" w:themeColor="text1"/>
        </w:rPr>
        <w:t>_____</w:t>
      </w:r>
    </w:p>
    <w:p w14:paraId="3D6B15DD" w14:textId="60B1EE4F" w:rsidR="00FF12DD" w:rsidRDefault="00FF12DD" w:rsidP="00FF12DD">
      <w:pPr>
        <w:rPr>
          <w:color w:val="000000" w:themeColor="text1"/>
        </w:rPr>
      </w:pPr>
      <w:r>
        <w:rPr>
          <w:color w:val="000000" w:themeColor="text1"/>
        </w:rPr>
        <w:t>Please include a description or explanation for each participant that withdrew or experienced other reactions or complication</w:t>
      </w:r>
      <w:r w:rsidRPr="000A29DF">
        <w:rPr>
          <w:color w:val="000000" w:themeColor="text1"/>
        </w:rPr>
        <w:t>:</w:t>
      </w:r>
    </w:p>
    <w:p w14:paraId="50328D6F" w14:textId="77777777" w:rsidR="00FF12DD" w:rsidRPr="000A29DF" w:rsidRDefault="00FF12DD" w:rsidP="00FF12DD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_________________________________________________________________________________________________________</w:t>
      </w:r>
    </w:p>
    <w:p w14:paraId="75B66FF3" w14:textId="5492E00E" w:rsidR="00A5214A" w:rsidRPr="000A29DF" w:rsidRDefault="00FF12DD" w:rsidP="00A5214A">
      <w:pPr>
        <w:rPr>
          <w:color w:val="000000" w:themeColor="text1"/>
        </w:rPr>
      </w:pPr>
      <w:r w:rsidRPr="000A29DF">
        <w:rPr>
          <w:color w:val="000000" w:themeColor="text1"/>
        </w:rPr>
        <w:t>_________________________________________________________________________________________________________</w:t>
      </w:r>
    </w:p>
    <w:p w14:paraId="27953CB9" w14:textId="77777777" w:rsidR="00FF12DD" w:rsidRDefault="00FF12DD" w:rsidP="00FF12DD">
      <w:pPr>
        <w:rPr>
          <w:color w:val="000000" w:themeColor="text1"/>
        </w:rPr>
      </w:pPr>
    </w:p>
    <w:p w14:paraId="42E466ED" w14:textId="64B52D89" w:rsidR="00C22231" w:rsidRPr="000A29DF" w:rsidRDefault="00000000">
      <w:pPr>
        <w:pStyle w:val="Heading2"/>
        <w:rPr>
          <w:color w:val="000000" w:themeColor="text1"/>
        </w:rPr>
      </w:pPr>
      <w:r w:rsidRPr="000A29DF">
        <w:rPr>
          <w:color w:val="000000" w:themeColor="text1"/>
        </w:rPr>
        <w:t xml:space="preserve">Section </w:t>
      </w:r>
      <w:r w:rsidR="005E326D">
        <w:rPr>
          <w:color w:val="000000" w:themeColor="text1"/>
        </w:rPr>
        <w:t>4</w:t>
      </w:r>
      <w:r w:rsidRPr="000A29DF">
        <w:rPr>
          <w:color w:val="000000" w:themeColor="text1"/>
        </w:rPr>
        <w:t>: Signatures</w:t>
      </w:r>
    </w:p>
    <w:p w14:paraId="54264D32" w14:textId="68EA1A02" w:rsidR="005E326D" w:rsidRDefault="005E326D">
      <w:pPr>
        <w:rPr>
          <w:color w:val="000000" w:themeColor="text1"/>
        </w:rPr>
      </w:pPr>
      <w:r>
        <w:rPr>
          <w:color w:val="000000" w:themeColor="text1"/>
        </w:rPr>
        <w:t>By signing this document, I agree to maintain all records for this project for 3 years (or as approved by the IRB). I agree that this material will be kept safe and protected. If the primary research is a student or is no longer at Fitchburg State University, then the Department/Program Chair will maintain the records. After this time period has elapsed, then the documents may be destroyed.</w:t>
      </w:r>
    </w:p>
    <w:p w14:paraId="4F4D6797" w14:textId="15A0C806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Primary Researcher Certification</w:t>
      </w:r>
    </w:p>
    <w:p w14:paraId="678BEF5C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I certify that the information provided is accurate and complete.</w:t>
      </w:r>
    </w:p>
    <w:p w14:paraId="7E6A7EA6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Signature: ________________________________</w:t>
      </w:r>
    </w:p>
    <w:p w14:paraId="5689AB87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Printed Name: ____________________________</w:t>
      </w:r>
    </w:p>
    <w:p w14:paraId="7A86323B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Date (MM/DD/YYYY): ________________________</w:t>
      </w:r>
    </w:p>
    <w:p w14:paraId="0941F99F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lastRenderedPageBreak/>
        <w:t>Faculty Advisor Certification (if applicable)</w:t>
      </w:r>
    </w:p>
    <w:p w14:paraId="431209BA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I have reviewed and approve the proposed changes.</w:t>
      </w:r>
    </w:p>
    <w:p w14:paraId="260BEA8E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Signature: ________________________________</w:t>
      </w:r>
    </w:p>
    <w:p w14:paraId="32321617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Printed Name: ____________________________</w:t>
      </w:r>
    </w:p>
    <w:p w14:paraId="4686354A" w14:textId="77777777" w:rsidR="00C22231" w:rsidRPr="000A29DF" w:rsidRDefault="00000000">
      <w:pPr>
        <w:rPr>
          <w:color w:val="000000" w:themeColor="text1"/>
        </w:rPr>
      </w:pPr>
      <w:r w:rsidRPr="000A29DF">
        <w:rPr>
          <w:color w:val="000000" w:themeColor="text1"/>
        </w:rPr>
        <w:t>Date (MM/DD/YYYY): ________________________</w:t>
      </w:r>
    </w:p>
    <w:sectPr w:rsidR="00C22231" w:rsidRPr="000A29DF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8C46EA9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47230194">
    <w:abstractNumId w:val="8"/>
  </w:num>
  <w:num w:numId="2" w16cid:durableId="1871650246">
    <w:abstractNumId w:val="6"/>
  </w:num>
  <w:num w:numId="3" w16cid:durableId="1211108707">
    <w:abstractNumId w:val="5"/>
  </w:num>
  <w:num w:numId="4" w16cid:durableId="71899984">
    <w:abstractNumId w:val="4"/>
  </w:num>
  <w:num w:numId="5" w16cid:durableId="1375078561">
    <w:abstractNumId w:val="7"/>
  </w:num>
  <w:num w:numId="6" w16cid:durableId="1894461780">
    <w:abstractNumId w:val="3"/>
  </w:num>
  <w:num w:numId="7" w16cid:durableId="542139698">
    <w:abstractNumId w:val="2"/>
  </w:num>
  <w:num w:numId="8" w16cid:durableId="1040394915">
    <w:abstractNumId w:val="1"/>
  </w:num>
  <w:num w:numId="9" w16cid:durableId="16928020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29DF"/>
    <w:rsid w:val="00132280"/>
    <w:rsid w:val="00146E55"/>
    <w:rsid w:val="0015074B"/>
    <w:rsid w:val="00207E40"/>
    <w:rsid w:val="0029639D"/>
    <w:rsid w:val="00326F90"/>
    <w:rsid w:val="00346CBD"/>
    <w:rsid w:val="005E326D"/>
    <w:rsid w:val="00A5214A"/>
    <w:rsid w:val="00A77820"/>
    <w:rsid w:val="00AA1D8D"/>
    <w:rsid w:val="00B037D3"/>
    <w:rsid w:val="00B47730"/>
    <w:rsid w:val="00C22231"/>
    <w:rsid w:val="00CB0664"/>
    <w:rsid w:val="00D32040"/>
    <w:rsid w:val="00E423B4"/>
    <w:rsid w:val="00EC40E6"/>
    <w:rsid w:val="00FC693F"/>
    <w:rsid w:val="00FF1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1B8D4AA"/>
  <w14:defaultImageDpi w14:val="300"/>
  <w15:docId w15:val="{ECCADE4B-EBBC-444B-B7BB-86ABBA79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B037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037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037D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037D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037D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395</Words>
  <Characters>2255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2645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Karen Keenan</cp:lastModifiedBy>
  <cp:revision>3</cp:revision>
  <dcterms:created xsi:type="dcterms:W3CDTF">2026-04-20T13:28:00Z</dcterms:created>
  <dcterms:modified xsi:type="dcterms:W3CDTF">2026-04-20T13:36:00Z</dcterms:modified>
  <cp:category/>
</cp:coreProperties>
</file>