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15FAA" w14:textId="40EE33AE" w:rsidR="00B037D3" w:rsidRPr="000A29DF" w:rsidRDefault="00B037D3" w:rsidP="000A29DF">
      <w:pPr>
        <w:pStyle w:val="Title"/>
        <w:jc w:val="center"/>
        <w:rPr>
          <w:color w:val="000000" w:themeColor="text1"/>
          <w:sz w:val="48"/>
          <w:szCs w:val="48"/>
        </w:rPr>
      </w:pPr>
      <w:r w:rsidRPr="000A29DF">
        <w:rPr>
          <w:color w:val="000000" w:themeColor="text1"/>
          <w:sz w:val="48"/>
          <w:szCs w:val="48"/>
        </w:rPr>
        <w:t xml:space="preserve">Request for </w:t>
      </w:r>
      <w:r w:rsidR="00A5214A">
        <w:rPr>
          <w:color w:val="000000" w:themeColor="text1"/>
          <w:sz w:val="48"/>
          <w:szCs w:val="48"/>
        </w:rPr>
        <w:t>Annual Update for</w:t>
      </w:r>
      <w:r w:rsidRPr="000A29DF">
        <w:rPr>
          <w:color w:val="000000" w:themeColor="text1"/>
          <w:sz w:val="48"/>
          <w:szCs w:val="48"/>
        </w:rPr>
        <w:t xml:space="preserve"> Research Protocol Involving Human </w:t>
      </w:r>
      <w:r w:rsidR="00A5214A">
        <w:rPr>
          <w:color w:val="000000" w:themeColor="text1"/>
          <w:sz w:val="48"/>
          <w:szCs w:val="48"/>
        </w:rPr>
        <w:t>Participants</w:t>
      </w:r>
    </w:p>
    <w:p w14:paraId="672FBEB1" w14:textId="77777777" w:rsidR="00B037D3" w:rsidRPr="000A29DF" w:rsidRDefault="00B037D3" w:rsidP="00B037D3">
      <w:pPr>
        <w:jc w:val="center"/>
        <w:rPr>
          <w:color w:val="000000" w:themeColor="text1"/>
        </w:rPr>
      </w:pPr>
      <w:r w:rsidRPr="000A29DF">
        <w:rPr>
          <w:color w:val="000000" w:themeColor="text1"/>
        </w:rPr>
        <w:t>Fitchburg State University</w:t>
      </w:r>
    </w:p>
    <w:p w14:paraId="2DB38683" w14:textId="77777777" w:rsidR="00C22231" w:rsidRPr="000A29DF" w:rsidRDefault="00000000">
      <w:pPr>
        <w:jc w:val="center"/>
        <w:rPr>
          <w:color w:val="000000" w:themeColor="text1"/>
        </w:rPr>
      </w:pPr>
      <w:r w:rsidRPr="000A29DF">
        <w:rPr>
          <w:color w:val="000000" w:themeColor="text1"/>
        </w:rPr>
        <w:t>Institutional Review Board (IRB)</w:t>
      </w:r>
    </w:p>
    <w:p w14:paraId="5B3C0CE1" w14:textId="41F86CAA" w:rsidR="00C22231" w:rsidRPr="000A29DF" w:rsidRDefault="00000000">
      <w:pPr>
        <w:pStyle w:val="Heading1"/>
        <w:rPr>
          <w:color w:val="000000" w:themeColor="text1"/>
        </w:rPr>
      </w:pPr>
      <w:r w:rsidRPr="000A29DF">
        <w:rPr>
          <w:color w:val="000000" w:themeColor="text1"/>
        </w:rPr>
        <w:t xml:space="preserve">Request for </w:t>
      </w:r>
      <w:r w:rsidR="00A5214A">
        <w:rPr>
          <w:color w:val="000000" w:themeColor="text1"/>
        </w:rPr>
        <w:t>Annual Update for</w:t>
      </w:r>
      <w:r w:rsidRPr="000A29DF">
        <w:rPr>
          <w:color w:val="000000" w:themeColor="text1"/>
        </w:rPr>
        <w:t xml:space="preserve"> Research Protocol Involving Human </w:t>
      </w:r>
      <w:r w:rsidR="00A5214A">
        <w:rPr>
          <w:color w:val="000000" w:themeColor="text1"/>
        </w:rPr>
        <w:t>Participant</w:t>
      </w:r>
      <w:r w:rsidRPr="000A29DF">
        <w:rPr>
          <w:color w:val="000000" w:themeColor="text1"/>
        </w:rPr>
        <w:t>s</w:t>
      </w:r>
    </w:p>
    <w:p w14:paraId="29C703E8" w14:textId="77777777" w:rsidR="00C22231" w:rsidRPr="000A29DF" w:rsidRDefault="00000000">
      <w:pPr>
        <w:pStyle w:val="Heading2"/>
        <w:rPr>
          <w:color w:val="000000" w:themeColor="text1"/>
        </w:rPr>
      </w:pPr>
      <w:r w:rsidRPr="000A29DF">
        <w:rPr>
          <w:color w:val="000000" w:themeColor="text1"/>
        </w:rPr>
        <w:t>Instructions</w:t>
      </w:r>
    </w:p>
    <w:p w14:paraId="52EDB1E6" w14:textId="51513F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 xml:space="preserve">Complete all fields. </w:t>
      </w:r>
      <w:r w:rsidR="00FF12DD">
        <w:rPr>
          <w:color w:val="000000" w:themeColor="text1"/>
        </w:rPr>
        <w:t>If not applicable, please enter N/A</w:t>
      </w:r>
      <w:r w:rsidRPr="000A29DF">
        <w:rPr>
          <w:color w:val="000000" w:themeColor="text1"/>
        </w:rPr>
        <w:t xml:space="preserve">. </w:t>
      </w:r>
      <w:r w:rsidR="000A29DF">
        <w:rPr>
          <w:color w:val="000000" w:themeColor="text1"/>
        </w:rPr>
        <w:t>Type your responses on the lines/in the space provided</w:t>
      </w:r>
      <w:r w:rsidRPr="000A29DF">
        <w:rPr>
          <w:color w:val="000000" w:themeColor="text1"/>
        </w:rPr>
        <w:t>. Attach any updated or new documents referenced.</w:t>
      </w:r>
    </w:p>
    <w:p w14:paraId="03CE9D80" w14:textId="77777777" w:rsidR="00C22231" w:rsidRPr="000A29DF" w:rsidRDefault="00000000">
      <w:pPr>
        <w:pStyle w:val="Heading2"/>
        <w:rPr>
          <w:color w:val="000000" w:themeColor="text1"/>
        </w:rPr>
      </w:pPr>
      <w:r w:rsidRPr="000A29DF">
        <w:rPr>
          <w:color w:val="000000" w:themeColor="text1"/>
        </w:rPr>
        <w:t>Section 1: Applicant Information</w:t>
      </w:r>
    </w:p>
    <w:p w14:paraId="287CDBEB" w14:textId="59C9FF35" w:rsidR="00C22231" w:rsidRPr="000A29DF" w:rsidRDefault="00000000">
      <w:pPr>
        <w:pStyle w:val="ListBullet"/>
        <w:rPr>
          <w:color w:val="000000" w:themeColor="text1"/>
        </w:rPr>
      </w:pPr>
      <w:r w:rsidRPr="000A29DF">
        <w:rPr>
          <w:color w:val="000000" w:themeColor="text1"/>
        </w:rPr>
        <w:t>Principal Investigator (PI)</w:t>
      </w:r>
    </w:p>
    <w:p w14:paraId="590D847C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Full Name: ________________________________</w:t>
      </w:r>
    </w:p>
    <w:p w14:paraId="76A07923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Phone Number: ____________________________</w:t>
      </w:r>
    </w:p>
    <w:p w14:paraId="055429BB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Email Address: ____________________________</w:t>
      </w:r>
    </w:p>
    <w:p w14:paraId="08D1A1B6" w14:textId="77777777" w:rsidR="00C22231" w:rsidRPr="000A29DF" w:rsidRDefault="00000000">
      <w:pPr>
        <w:pStyle w:val="ListBullet"/>
        <w:rPr>
          <w:color w:val="000000" w:themeColor="text1"/>
        </w:rPr>
      </w:pPr>
      <w:r w:rsidRPr="000A29DF">
        <w:rPr>
          <w:color w:val="000000" w:themeColor="text1"/>
        </w:rPr>
        <w:t>Faculty Advisor (if PI is a student)</w:t>
      </w:r>
    </w:p>
    <w:p w14:paraId="6D356E20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Full Name: ________________________________</w:t>
      </w:r>
    </w:p>
    <w:p w14:paraId="35CEA581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Phone Number: ____________________________</w:t>
      </w:r>
    </w:p>
    <w:p w14:paraId="53B024A6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Email Address: ____________________________</w:t>
      </w:r>
    </w:p>
    <w:p w14:paraId="277AC587" w14:textId="77777777" w:rsidR="00C22231" w:rsidRPr="000A29DF" w:rsidRDefault="00000000">
      <w:pPr>
        <w:pStyle w:val="Heading2"/>
        <w:rPr>
          <w:color w:val="000000" w:themeColor="text1"/>
        </w:rPr>
      </w:pPr>
      <w:r w:rsidRPr="000A29DF">
        <w:rPr>
          <w:color w:val="000000" w:themeColor="text1"/>
        </w:rPr>
        <w:t>Section 2: Project Information</w:t>
      </w:r>
    </w:p>
    <w:p w14:paraId="2BF8A1FD" w14:textId="6CA47D78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Project Title</w:t>
      </w:r>
    </w:p>
    <w:p w14:paraId="7C6B277F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__________________________________________</w:t>
      </w:r>
    </w:p>
    <w:p w14:paraId="4E0EAC63" w14:textId="77777777" w:rsidR="00FF12DD" w:rsidRDefault="00FF12DD" w:rsidP="00A5214A">
      <w:pPr>
        <w:rPr>
          <w:color w:val="000000" w:themeColor="text1"/>
        </w:rPr>
      </w:pPr>
    </w:p>
    <w:p w14:paraId="3A50E772" w14:textId="001F5BBA" w:rsidR="00A5214A" w:rsidRPr="000A29DF" w:rsidRDefault="00A5214A" w:rsidP="00A5214A">
      <w:pPr>
        <w:rPr>
          <w:color w:val="000000" w:themeColor="text1"/>
        </w:rPr>
      </w:pPr>
      <w:r w:rsidRPr="000A29DF">
        <w:rPr>
          <w:color w:val="000000" w:themeColor="text1"/>
        </w:rPr>
        <w:t>Project Period</w:t>
      </w:r>
    </w:p>
    <w:p w14:paraId="4CCBCD4A" w14:textId="77777777" w:rsidR="00A5214A" w:rsidRPr="000A29DF" w:rsidRDefault="00A5214A" w:rsidP="00A5214A">
      <w:pPr>
        <w:rPr>
          <w:color w:val="000000" w:themeColor="text1"/>
        </w:rPr>
      </w:pPr>
      <w:r w:rsidRPr="000A29DF">
        <w:rPr>
          <w:color w:val="000000" w:themeColor="text1"/>
        </w:rPr>
        <w:t>Start Date (MM/DD/YYYY): ____________________</w:t>
      </w:r>
    </w:p>
    <w:p w14:paraId="418F77A9" w14:textId="77777777" w:rsidR="00A5214A" w:rsidRPr="000A29DF" w:rsidRDefault="00A5214A" w:rsidP="00A5214A">
      <w:pPr>
        <w:rPr>
          <w:color w:val="000000" w:themeColor="text1"/>
        </w:rPr>
      </w:pPr>
      <w:r w:rsidRPr="000A29DF">
        <w:rPr>
          <w:color w:val="000000" w:themeColor="text1"/>
        </w:rPr>
        <w:t>End Date (MM/DD/YYYY): ______________________</w:t>
      </w:r>
    </w:p>
    <w:p w14:paraId="4DAC13CA" w14:textId="77777777" w:rsidR="00A5214A" w:rsidRDefault="00A5214A" w:rsidP="00A5214A">
      <w:pPr>
        <w:rPr>
          <w:color w:val="000000" w:themeColor="text1"/>
        </w:rPr>
      </w:pPr>
    </w:p>
    <w:p w14:paraId="70528BEA" w14:textId="0FEFDDDF" w:rsidR="00A5214A" w:rsidRPr="000A29DF" w:rsidRDefault="00A5214A" w:rsidP="00A5214A">
      <w:pPr>
        <w:rPr>
          <w:color w:val="000000" w:themeColor="text1"/>
        </w:rPr>
      </w:pPr>
      <w:r>
        <w:rPr>
          <w:color w:val="000000" w:themeColor="text1"/>
        </w:rPr>
        <w:lastRenderedPageBreak/>
        <w:t>Fitchburg State IRB#</w:t>
      </w:r>
      <w:r w:rsidRPr="000A29DF">
        <w:rPr>
          <w:color w:val="000000" w:themeColor="text1"/>
        </w:rPr>
        <w:t xml:space="preserve"> </w:t>
      </w:r>
    </w:p>
    <w:p w14:paraId="29CE93F5" w14:textId="77777777" w:rsidR="00A5214A" w:rsidRPr="000A29DF" w:rsidRDefault="00A5214A" w:rsidP="00A5214A">
      <w:pPr>
        <w:rPr>
          <w:color w:val="000000" w:themeColor="text1"/>
        </w:rPr>
      </w:pPr>
      <w:r w:rsidRPr="000A29DF">
        <w:rPr>
          <w:color w:val="000000" w:themeColor="text1"/>
        </w:rPr>
        <w:t>__________________________________________</w:t>
      </w:r>
    </w:p>
    <w:p w14:paraId="35D72301" w14:textId="01DDC799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Project Type (Select one)</w:t>
      </w:r>
    </w:p>
    <w:p w14:paraId="1966BE8C" w14:textId="7E3C0397" w:rsidR="00C22231" w:rsidRPr="000A29DF" w:rsidRDefault="000A29DF">
      <w:pPr>
        <w:rPr>
          <w:color w:val="000000" w:themeColor="text1"/>
        </w:rPr>
      </w:pPr>
      <w:r>
        <w:rPr>
          <w:color w:val="000000" w:themeColor="text1"/>
        </w:rPr>
        <w:t>______</w:t>
      </w:r>
      <w:r w:rsidR="00000000" w:rsidRPr="000A29DF">
        <w:rPr>
          <w:color w:val="000000" w:themeColor="text1"/>
        </w:rPr>
        <w:t xml:space="preserve"> Exempt</w:t>
      </w:r>
    </w:p>
    <w:p w14:paraId="15A8CAE4" w14:textId="1D483529" w:rsidR="00C22231" w:rsidRPr="000A29DF" w:rsidRDefault="000A29DF">
      <w:pPr>
        <w:rPr>
          <w:color w:val="000000" w:themeColor="text1"/>
        </w:rPr>
      </w:pPr>
      <w:r>
        <w:rPr>
          <w:color w:val="000000" w:themeColor="text1"/>
        </w:rPr>
        <w:t>______</w:t>
      </w:r>
      <w:r w:rsidR="00000000" w:rsidRPr="000A29DF">
        <w:rPr>
          <w:color w:val="000000" w:themeColor="text1"/>
        </w:rPr>
        <w:t xml:space="preserve"> Expedited</w:t>
      </w:r>
    </w:p>
    <w:p w14:paraId="578C8871" w14:textId="4520A74B" w:rsidR="00A5214A" w:rsidRDefault="000A29DF" w:rsidP="00132280">
      <w:pPr>
        <w:rPr>
          <w:color w:val="000000" w:themeColor="text1"/>
        </w:rPr>
      </w:pPr>
      <w:r>
        <w:rPr>
          <w:color w:val="000000" w:themeColor="text1"/>
        </w:rPr>
        <w:t>______</w:t>
      </w:r>
      <w:r w:rsidR="00000000" w:rsidRPr="000A29DF">
        <w:rPr>
          <w:color w:val="000000" w:themeColor="text1"/>
        </w:rPr>
        <w:t xml:space="preserve"> Full Review</w:t>
      </w:r>
    </w:p>
    <w:p w14:paraId="02F762D9" w14:textId="77777777" w:rsidR="00132280" w:rsidRDefault="00132280" w:rsidP="00132280">
      <w:pPr>
        <w:rPr>
          <w:color w:val="000000" w:themeColor="text1"/>
        </w:rPr>
      </w:pPr>
    </w:p>
    <w:p w14:paraId="7381D6C0" w14:textId="01F1DE0D" w:rsidR="00A5214A" w:rsidRPr="000A29DF" w:rsidRDefault="00A5214A" w:rsidP="00A5214A">
      <w:pPr>
        <w:pStyle w:val="Heading2"/>
        <w:rPr>
          <w:color w:val="000000" w:themeColor="text1"/>
        </w:rPr>
      </w:pPr>
      <w:r w:rsidRPr="000A29DF">
        <w:rPr>
          <w:color w:val="000000" w:themeColor="text1"/>
        </w:rPr>
        <w:t xml:space="preserve">Section 3: </w:t>
      </w:r>
      <w:r>
        <w:rPr>
          <w:color w:val="000000" w:themeColor="text1"/>
        </w:rPr>
        <w:t>Annual Update</w:t>
      </w:r>
    </w:p>
    <w:p w14:paraId="57187AF6" w14:textId="6C7CF26C" w:rsidR="00A5214A" w:rsidRDefault="00FF12DD" w:rsidP="00A5214A">
      <w:pPr>
        <w:rPr>
          <w:color w:val="000000" w:themeColor="text1"/>
        </w:rPr>
      </w:pPr>
      <w:r>
        <w:rPr>
          <w:color w:val="000000" w:themeColor="text1"/>
        </w:rPr>
        <w:t xml:space="preserve">Summary of Previous Year and </w:t>
      </w:r>
      <w:r w:rsidR="00A5214A" w:rsidRPr="000A29DF">
        <w:rPr>
          <w:color w:val="000000" w:themeColor="text1"/>
        </w:rPr>
        <w:t xml:space="preserve">Description of Proposed </w:t>
      </w:r>
      <w:r w:rsidR="00A5214A">
        <w:rPr>
          <w:color w:val="000000" w:themeColor="text1"/>
        </w:rPr>
        <w:t xml:space="preserve">Plan for </w:t>
      </w:r>
      <w:r>
        <w:rPr>
          <w:color w:val="000000" w:themeColor="text1"/>
        </w:rPr>
        <w:t>Renewal Period</w:t>
      </w:r>
    </w:p>
    <w:p w14:paraId="0DF6F08D" w14:textId="77777777" w:rsidR="00A5214A" w:rsidRDefault="00A5214A" w:rsidP="00A5214A">
      <w:pPr>
        <w:rPr>
          <w:color w:val="000000" w:themeColor="text1"/>
        </w:rPr>
      </w:pPr>
      <w:r>
        <w:rPr>
          <w:color w:val="000000" w:themeColor="text1"/>
        </w:rPr>
        <w:t>Reason for Extension</w:t>
      </w:r>
      <w:r w:rsidRPr="000A29DF">
        <w:rPr>
          <w:color w:val="000000" w:themeColor="text1"/>
        </w:rPr>
        <w:t>:</w:t>
      </w:r>
    </w:p>
    <w:p w14:paraId="70E74CAE" w14:textId="77777777" w:rsidR="00A5214A" w:rsidRPr="000A29DF" w:rsidRDefault="00A5214A" w:rsidP="00A5214A">
      <w:pPr>
        <w:rPr>
          <w:color w:val="000000" w:themeColor="text1"/>
        </w:rPr>
      </w:pPr>
      <w:r w:rsidRPr="000A29DF">
        <w:rPr>
          <w:color w:val="000000" w:themeColor="text1"/>
        </w:rPr>
        <w:t>_________________________________________________________________________________________________________</w:t>
      </w:r>
    </w:p>
    <w:p w14:paraId="7475AF7C" w14:textId="77777777" w:rsidR="00A5214A" w:rsidRPr="000A29DF" w:rsidRDefault="00A5214A" w:rsidP="00A5214A">
      <w:pPr>
        <w:rPr>
          <w:color w:val="000000" w:themeColor="text1"/>
        </w:rPr>
      </w:pPr>
      <w:r w:rsidRPr="000A29DF">
        <w:rPr>
          <w:color w:val="000000" w:themeColor="text1"/>
        </w:rPr>
        <w:t>_________________________________________________________________________________________________________</w:t>
      </w:r>
    </w:p>
    <w:p w14:paraId="06441ED5" w14:textId="7A1E04CA" w:rsidR="00A5214A" w:rsidRPr="000A29DF" w:rsidRDefault="00A5214A" w:rsidP="00A5214A">
      <w:pPr>
        <w:rPr>
          <w:color w:val="000000" w:themeColor="text1"/>
        </w:rPr>
      </w:pPr>
      <w:r>
        <w:rPr>
          <w:color w:val="000000" w:themeColor="text1"/>
        </w:rPr>
        <w:t>Number of participants who completed the study</w:t>
      </w:r>
      <w:r w:rsidRPr="000A29DF">
        <w:rPr>
          <w:color w:val="000000" w:themeColor="text1"/>
        </w:rPr>
        <w:t>: _____</w:t>
      </w:r>
    </w:p>
    <w:p w14:paraId="7E5F732B" w14:textId="48D28479" w:rsidR="00A5214A" w:rsidRDefault="00A5214A" w:rsidP="00A5214A">
      <w:pPr>
        <w:rPr>
          <w:color w:val="000000" w:themeColor="text1"/>
        </w:rPr>
      </w:pPr>
      <w:r>
        <w:rPr>
          <w:color w:val="000000" w:themeColor="text1"/>
        </w:rPr>
        <w:t>Number of participants who are currently enrolled in the study</w:t>
      </w:r>
      <w:r w:rsidRPr="000A29DF">
        <w:rPr>
          <w:color w:val="000000" w:themeColor="text1"/>
        </w:rPr>
        <w:t xml:space="preserve">: </w:t>
      </w:r>
      <w:r w:rsidR="00FF12DD" w:rsidRPr="000A29DF">
        <w:rPr>
          <w:color w:val="000000" w:themeColor="text1"/>
        </w:rPr>
        <w:t>_____</w:t>
      </w:r>
    </w:p>
    <w:p w14:paraId="72F1A31A" w14:textId="231BBA68" w:rsidR="00A5214A" w:rsidRPr="000A29DF" w:rsidRDefault="00A5214A" w:rsidP="00A5214A">
      <w:pPr>
        <w:rPr>
          <w:color w:val="000000" w:themeColor="text1"/>
        </w:rPr>
      </w:pPr>
      <w:r>
        <w:rPr>
          <w:color w:val="000000" w:themeColor="text1"/>
        </w:rPr>
        <w:t xml:space="preserve">Number of participants </w:t>
      </w:r>
      <w:r>
        <w:rPr>
          <w:color w:val="000000" w:themeColor="text1"/>
        </w:rPr>
        <w:t>expected to enroll in the study in the next 12 months</w:t>
      </w:r>
      <w:r w:rsidRPr="000A29DF">
        <w:rPr>
          <w:color w:val="000000" w:themeColor="text1"/>
        </w:rPr>
        <w:t xml:space="preserve">: </w:t>
      </w:r>
      <w:r w:rsidR="00FF12DD" w:rsidRPr="000A29DF">
        <w:rPr>
          <w:color w:val="000000" w:themeColor="text1"/>
        </w:rPr>
        <w:t>_____</w:t>
      </w:r>
    </w:p>
    <w:p w14:paraId="3B0B16F4" w14:textId="764484E7" w:rsidR="00A5214A" w:rsidRPr="000A29DF" w:rsidRDefault="00A5214A" w:rsidP="00A5214A">
      <w:pPr>
        <w:rPr>
          <w:color w:val="000000" w:themeColor="text1"/>
        </w:rPr>
      </w:pPr>
      <w:r>
        <w:rPr>
          <w:color w:val="000000" w:themeColor="text1"/>
        </w:rPr>
        <w:t xml:space="preserve">Number of participants who </w:t>
      </w:r>
      <w:r>
        <w:rPr>
          <w:color w:val="000000" w:themeColor="text1"/>
        </w:rPr>
        <w:t>voluntarily withdrew from the study</w:t>
      </w:r>
      <w:r w:rsidRPr="000A29DF">
        <w:rPr>
          <w:color w:val="000000" w:themeColor="text1"/>
        </w:rPr>
        <w:t xml:space="preserve">: </w:t>
      </w:r>
      <w:r w:rsidR="00FF12DD" w:rsidRPr="000A29DF">
        <w:rPr>
          <w:color w:val="000000" w:themeColor="text1"/>
        </w:rPr>
        <w:t>_____</w:t>
      </w:r>
    </w:p>
    <w:p w14:paraId="337C67E2" w14:textId="7B3C738E" w:rsidR="00A5214A" w:rsidRPr="000A29DF" w:rsidRDefault="00A5214A" w:rsidP="00A5214A">
      <w:pPr>
        <w:rPr>
          <w:color w:val="000000" w:themeColor="text1"/>
        </w:rPr>
      </w:pPr>
      <w:r>
        <w:rPr>
          <w:color w:val="000000" w:themeColor="text1"/>
        </w:rPr>
        <w:t xml:space="preserve">Number of participants who </w:t>
      </w:r>
      <w:r>
        <w:rPr>
          <w:color w:val="000000" w:themeColor="text1"/>
        </w:rPr>
        <w:t>experienced adverse reactions, complications, or injuries resulting from participation in the study</w:t>
      </w:r>
      <w:r w:rsidRPr="000A29DF">
        <w:rPr>
          <w:color w:val="000000" w:themeColor="text1"/>
        </w:rPr>
        <w:t xml:space="preserve">: </w:t>
      </w:r>
      <w:r w:rsidR="00FF12DD" w:rsidRPr="000A29DF">
        <w:rPr>
          <w:color w:val="000000" w:themeColor="text1"/>
        </w:rPr>
        <w:t>_____</w:t>
      </w:r>
    </w:p>
    <w:p w14:paraId="3D6B15DD" w14:textId="60B1EE4F" w:rsidR="00FF12DD" w:rsidRDefault="00FF12DD" w:rsidP="00FF12DD">
      <w:pPr>
        <w:rPr>
          <w:color w:val="000000" w:themeColor="text1"/>
        </w:rPr>
      </w:pPr>
      <w:r>
        <w:rPr>
          <w:color w:val="000000" w:themeColor="text1"/>
        </w:rPr>
        <w:t>Please include a description or explanation for each participant that withdrew or experienced other reactions or complication</w:t>
      </w:r>
      <w:r w:rsidRPr="000A29DF">
        <w:rPr>
          <w:color w:val="000000" w:themeColor="text1"/>
        </w:rPr>
        <w:t>:</w:t>
      </w:r>
    </w:p>
    <w:p w14:paraId="50328D6F" w14:textId="77777777" w:rsidR="00FF12DD" w:rsidRPr="000A29DF" w:rsidRDefault="00FF12DD" w:rsidP="00FF12DD">
      <w:pPr>
        <w:rPr>
          <w:color w:val="000000" w:themeColor="text1"/>
        </w:rPr>
      </w:pPr>
      <w:r w:rsidRPr="000A29DF">
        <w:rPr>
          <w:color w:val="000000" w:themeColor="text1"/>
        </w:rPr>
        <w:t>_________________________________________________________________________________________________________</w:t>
      </w:r>
    </w:p>
    <w:p w14:paraId="75B66FF3" w14:textId="5492E00E" w:rsidR="00A5214A" w:rsidRPr="000A29DF" w:rsidRDefault="00FF12DD" w:rsidP="00A5214A">
      <w:pPr>
        <w:rPr>
          <w:color w:val="000000" w:themeColor="text1"/>
        </w:rPr>
      </w:pPr>
      <w:r w:rsidRPr="000A29DF">
        <w:rPr>
          <w:color w:val="000000" w:themeColor="text1"/>
        </w:rPr>
        <w:t>_________________________________________________________________________________________________________</w:t>
      </w:r>
    </w:p>
    <w:p w14:paraId="27953CB9" w14:textId="77777777" w:rsidR="00FF12DD" w:rsidRDefault="00FF12DD" w:rsidP="00FF12DD">
      <w:pPr>
        <w:rPr>
          <w:color w:val="000000" w:themeColor="text1"/>
        </w:rPr>
      </w:pPr>
    </w:p>
    <w:p w14:paraId="7F77548D" w14:textId="40CFFDF2" w:rsidR="00FF12DD" w:rsidRPr="000A29DF" w:rsidRDefault="00132280" w:rsidP="00FF12DD">
      <w:pPr>
        <w:rPr>
          <w:color w:val="000000" w:themeColor="text1"/>
        </w:rPr>
      </w:pPr>
      <w:r>
        <w:rPr>
          <w:color w:val="000000" w:themeColor="text1"/>
        </w:rPr>
        <w:t xml:space="preserve">Do you intend to make any changes to the research protocol? (If yes, please complete </w:t>
      </w:r>
      <w:r w:rsidRPr="00132280">
        <w:rPr>
          <w:b/>
          <w:bCs/>
          <w:color w:val="000000" w:themeColor="text1"/>
        </w:rPr>
        <w:t>Section 4</w:t>
      </w:r>
      <w:r>
        <w:rPr>
          <w:color w:val="000000" w:themeColor="text1"/>
        </w:rPr>
        <w:t xml:space="preserve"> through </w:t>
      </w:r>
      <w:r w:rsidRPr="00132280">
        <w:rPr>
          <w:b/>
          <w:bCs/>
          <w:color w:val="000000" w:themeColor="text1"/>
        </w:rPr>
        <w:t>Section 7</w:t>
      </w:r>
      <w:r>
        <w:rPr>
          <w:color w:val="000000" w:themeColor="text1"/>
        </w:rPr>
        <w:t xml:space="preserve">. If no, please indicate below and then complete </w:t>
      </w:r>
      <w:r w:rsidRPr="00132280">
        <w:rPr>
          <w:b/>
          <w:bCs/>
          <w:color w:val="000000" w:themeColor="text1"/>
        </w:rPr>
        <w:t>Section 7</w:t>
      </w:r>
      <w:r>
        <w:rPr>
          <w:color w:val="000000" w:themeColor="text1"/>
        </w:rPr>
        <w:t>.)</w:t>
      </w:r>
    </w:p>
    <w:p w14:paraId="1FF3AA99" w14:textId="4D3B0441" w:rsidR="00FF12DD" w:rsidRPr="000A29DF" w:rsidRDefault="00FF12DD" w:rsidP="00FF12DD">
      <w:pPr>
        <w:rPr>
          <w:color w:val="000000" w:themeColor="text1"/>
        </w:rPr>
      </w:pPr>
      <w:r>
        <w:rPr>
          <w:color w:val="000000" w:themeColor="text1"/>
        </w:rPr>
        <w:t>______</w:t>
      </w:r>
      <w:r w:rsidRPr="000A29DF">
        <w:rPr>
          <w:color w:val="000000" w:themeColor="text1"/>
        </w:rPr>
        <w:t xml:space="preserve"> </w:t>
      </w:r>
      <w:r w:rsidR="00132280">
        <w:rPr>
          <w:color w:val="000000" w:themeColor="text1"/>
        </w:rPr>
        <w:t>Yes</w:t>
      </w:r>
    </w:p>
    <w:p w14:paraId="166F885E" w14:textId="0C47649E" w:rsidR="00A5214A" w:rsidRDefault="00FF12DD" w:rsidP="00132280">
      <w:pPr>
        <w:rPr>
          <w:color w:val="000000" w:themeColor="text1"/>
        </w:rPr>
      </w:pPr>
      <w:r>
        <w:rPr>
          <w:color w:val="000000" w:themeColor="text1"/>
        </w:rPr>
        <w:t>______</w:t>
      </w:r>
      <w:r w:rsidRPr="000A29DF">
        <w:rPr>
          <w:color w:val="000000" w:themeColor="text1"/>
        </w:rPr>
        <w:t xml:space="preserve"> </w:t>
      </w:r>
      <w:r w:rsidR="00132280">
        <w:rPr>
          <w:color w:val="000000" w:themeColor="text1"/>
        </w:rPr>
        <w:t>No</w:t>
      </w:r>
    </w:p>
    <w:p w14:paraId="57AABB76" w14:textId="5EB010F3" w:rsidR="00C22231" w:rsidRPr="000A29DF" w:rsidRDefault="00000000">
      <w:pPr>
        <w:pStyle w:val="Heading2"/>
        <w:rPr>
          <w:color w:val="000000" w:themeColor="text1"/>
        </w:rPr>
      </w:pPr>
      <w:r w:rsidRPr="000A29DF">
        <w:rPr>
          <w:color w:val="000000" w:themeColor="text1"/>
        </w:rPr>
        <w:lastRenderedPageBreak/>
        <w:t xml:space="preserve">Section </w:t>
      </w:r>
      <w:r w:rsidR="00132280">
        <w:rPr>
          <w:color w:val="000000" w:themeColor="text1"/>
        </w:rPr>
        <w:t>4</w:t>
      </w:r>
      <w:r w:rsidRPr="000A29DF">
        <w:rPr>
          <w:color w:val="000000" w:themeColor="text1"/>
        </w:rPr>
        <w:t>: Proposed Changes</w:t>
      </w:r>
    </w:p>
    <w:p w14:paraId="4BE67323" w14:textId="7FE4238F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Description of Proposed Changes</w:t>
      </w:r>
      <w:r w:rsidR="00D32040">
        <w:rPr>
          <w:color w:val="000000" w:themeColor="text1"/>
        </w:rPr>
        <w:t xml:space="preserve"> (Please attached any revised documents, CITI training certificates, etc.)</w:t>
      </w:r>
    </w:p>
    <w:p w14:paraId="62DBD450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________________________</w:t>
      </w:r>
      <w:r w:rsidR="00B037D3" w:rsidRPr="000A29DF">
        <w:rPr>
          <w:color w:val="000000" w:themeColor="text1"/>
        </w:rPr>
        <w:t>_______________________________________________________________</w:t>
      </w:r>
      <w:r w:rsidRPr="000A29DF">
        <w:rPr>
          <w:color w:val="000000" w:themeColor="text1"/>
        </w:rPr>
        <w:t>__________________</w:t>
      </w:r>
    </w:p>
    <w:p w14:paraId="266CEFA9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_</w:t>
      </w:r>
      <w:r w:rsidR="00B037D3" w:rsidRPr="000A29DF">
        <w:rPr>
          <w:color w:val="000000" w:themeColor="text1"/>
        </w:rPr>
        <w:t>_______________________________________________________________________</w:t>
      </w:r>
      <w:r w:rsidRPr="000A29DF">
        <w:rPr>
          <w:color w:val="000000" w:themeColor="text1"/>
        </w:rPr>
        <w:t>_________________________________</w:t>
      </w:r>
    </w:p>
    <w:p w14:paraId="3C32DDC4" w14:textId="121B3D8E" w:rsidR="00C22231" w:rsidRPr="000A29DF" w:rsidRDefault="00000000">
      <w:pPr>
        <w:pStyle w:val="Heading2"/>
        <w:rPr>
          <w:color w:val="000000" w:themeColor="text1"/>
        </w:rPr>
      </w:pPr>
      <w:r w:rsidRPr="000A29DF">
        <w:rPr>
          <w:color w:val="000000" w:themeColor="text1"/>
        </w:rPr>
        <w:t xml:space="preserve">Section </w:t>
      </w:r>
      <w:r w:rsidR="00132280">
        <w:rPr>
          <w:color w:val="000000" w:themeColor="text1"/>
        </w:rPr>
        <w:t>5</w:t>
      </w:r>
      <w:r w:rsidRPr="000A29DF">
        <w:rPr>
          <w:color w:val="000000" w:themeColor="text1"/>
        </w:rPr>
        <w:t>: Justification for Changes</w:t>
      </w:r>
    </w:p>
    <w:p w14:paraId="06728AF6" w14:textId="4D9B7E5C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Reason for Proposed Changes</w:t>
      </w:r>
    </w:p>
    <w:p w14:paraId="469F45AB" w14:textId="77777777" w:rsidR="000A29DF" w:rsidRPr="000A29DF" w:rsidRDefault="000A29DF" w:rsidP="000A29DF">
      <w:pPr>
        <w:rPr>
          <w:color w:val="000000" w:themeColor="text1"/>
        </w:rPr>
      </w:pPr>
      <w:r w:rsidRPr="000A29DF">
        <w:rPr>
          <w:color w:val="000000" w:themeColor="text1"/>
        </w:rPr>
        <w:t>_________________________________________________________________________________________________________</w:t>
      </w:r>
    </w:p>
    <w:p w14:paraId="67408F4E" w14:textId="77777777" w:rsidR="000A29DF" w:rsidRPr="000A29DF" w:rsidRDefault="000A29DF" w:rsidP="000A29DF">
      <w:pPr>
        <w:rPr>
          <w:color w:val="000000" w:themeColor="text1"/>
        </w:rPr>
      </w:pPr>
      <w:r w:rsidRPr="000A29DF">
        <w:rPr>
          <w:color w:val="000000" w:themeColor="text1"/>
        </w:rPr>
        <w:t>_________________________________________________________________________________________________________</w:t>
      </w:r>
    </w:p>
    <w:p w14:paraId="170C4E2B" w14:textId="5751D447" w:rsidR="000A29DF" w:rsidRPr="000A29DF" w:rsidRDefault="000A29DF" w:rsidP="000A29DF">
      <w:pPr>
        <w:pStyle w:val="Heading2"/>
        <w:rPr>
          <w:color w:val="000000" w:themeColor="text1"/>
        </w:rPr>
      </w:pPr>
      <w:r w:rsidRPr="000A29DF">
        <w:rPr>
          <w:color w:val="000000" w:themeColor="text1"/>
        </w:rPr>
        <w:t xml:space="preserve">Section </w:t>
      </w:r>
      <w:r w:rsidR="00132280">
        <w:rPr>
          <w:color w:val="000000" w:themeColor="text1"/>
        </w:rPr>
        <w:t>6</w:t>
      </w:r>
      <w:r w:rsidRPr="000A29DF">
        <w:rPr>
          <w:color w:val="000000" w:themeColor="text1"/>
        </w:rPr>
        <w:t xml:space="preserve">: </w:t>
      </w:r>
      <w:r>
        <w:rPr>
          <w:color w:val="000000" w:themeColor="text1"/>
        </w:rPr>
        <w:t>Title II/ADA Compliance</w:t>
      </w:r>
    </w:p>
    <w:p w14:paraId="4E1F86EF" w14:textId="263453F4" w:rsidR="000A29DF" w:rsidRDefault="00346CBD" w:rsidP="000A29DF">
      <w:pPr>
        <w:rPr>
          <w:color w:val="000000" w:themeColor="text1"/>
        </w:rPr>
      </w:pPr>
      <w:r>
        <w:rPr>
          <w:color w:val="000000" w:themeColor="text1"/>
        </w:rPr>
        <w:t>Verification</w:t>
      </w:r>
    </w:p>
    <w:p w14:paraId="760C442C" w14:textId="3F075261" w:rsidR="000A29DF" w:rsidRPr="000A29DF" w:rsidRDefault="000A29DF" w:rsidP="000A29DF">
      <w:pPr>
        <w:rPr>
          <w:color w:val="000000" w:themeColor="text1"/>
        </w:rPr>
      </w:pPr>
      <w:r>
        <w:rPr>
          <w:color w:val="000000" w:themeColor="text1"/>
        </w:rPr>
        <w:t>______</w:t>
      </w:r>
      <w:r w:rsidRPr="000A29DF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By checking here, we verify that all digital content submitted </w:t>
      </w:r>
      <w:r w:rsidR="00346CBD">
        <w:rPr>
          <w:color w:val="000000" w:themeColor="text1"/>
        </w:rPr>
        <w:t xml:space="preserve">is designed to comply with Title II of the Americans with Disabilities Act. </w:t>
      </w:r>
    </w:p>
    <w:p w14:paraId="42E466ED" w14:textId="15AE2221" w:rsidR="00C22231" w:rsidRPr="000A29DF" w:rsidRDefault="00000000">
      <w:pPr>
        <w:pStyle w:val="Heading2"/>
        <w:rPr>
          <w:color w:val="000000" w:themeColor="text1"/>
        </w:rPr>
      </w:pPr>
      <w:r w:rsidRPr="000A29DF">
        <w:rPr>
          <w:color w:val="000000" w:themeColor="text1"/>
        </w:rPr>
        <w:t xml:space="preserve">Section </w:t>
      </w:r>
      <w:r w:rsidR="00132280">
        <w:rPr>
          <w:color w:val="000000" w:themeColor="text1"/>
        </w:rPr>
        <w:t>7</w:t>
      </w:r>
      <w:r w:rsidRPr="000A29DF">
        <w:rPr>
          <w:color w:val="000000" w:themeColor="text1"/>
        </w:rPr>
        <w:t>: Signatures</w:t>
      </w:r>
    </w:p>
    <w:p w14:paraId="4F4D6797" w14:textId="5A374663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Primary Researcher Certification</w:t>
      </w:r>
    </w:p>
    <w:p w14:paraId="678BEF5C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I certify that the information provided is accurate and complete.</w:t>
      </w:r>
    </w:p>
    <w:p w14:paraId="7E6A7EA6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Signature: ________________________________</w:t>
      </w:r>
    </w:p>
    <w:p w14:paraId="5689AB87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Printed Name: ____________________________</w:t>
      </w:r>
    </w:p>
    <w:p w14:paraId="7A86323B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Date (MM/DD/YYYY): ________________________</w:t>
      </w:r>
    </w:p>
    <w:p w14:paraId="0941F99F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Faculty Advisor Certification (if applicable)</w:t>
      </w:r>
    </w:p>
    <w:p w14:paraId="431209BA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I have reviewed and approve the proposed changes.</w:t>
      </w:r>
    </w:p>
    <w:p w14:paraId="260BEA8E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Signature: ________________________________</w:t>
      </w:r>
    </w:p>
    <w:p w14:paraId="32321617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Printed Name: ____________________________</w:t>
      </w:r>
    </w:p>
    <w:p w14:paraId="4686354A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Date (MM/DD/YYYY): ________________________</w:t>
      </w:r>
    </w:p>
    <w:sectPr w:rsidR="00C22231" w:rsidRPr="000A29D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8C46EA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47230194">
    <w:abstractNumId w:val="8"/>
  </w:num>
  <w:num w:numId="2" w16cid:durableId="1871650246">
    <w:abstractNumId w:val="6"/>
  </w:num>
  <w:num w:numId="3" w16cid:durableId="1211108707">
    <w:abstractNumId w:val="5"/>
  </w:num>
  <w:num w:numId="4" w16cid:durableId="71899984">
    <w:abstractNumId w:val="4"/>
  </w:num>
  <w:num w:numId="5" w16cid:durableId="1375078561">
    <w:abstractNumId w:val="7"/>
  </w:num>
  <w:num w:numId="6" w16cid:durableId="1894461780">
    <w:abstractNumId w:val="3"/>
  </w:num>
  <w:num w:numId="7" w16cid:durableId="542139698">
    <w:abstractNumId w:val="2"/>
  </w:num>
  <w:num w:numId="8" w16cid:durableId="1040394915">
    <w:abstractNumId w:val="1"/>
  </w:num>
  <w:num w:numId="9" w16cid:durableId="1692802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29DF"/>
    <w:rsid w:val="00132280"/>
    <w:rsid w:val="00146E55"/>
    <w:rsid w:val="0015074B"/>
    <w:rsid w:val="0029639D"/>
    <w:rsid w:val="00326F90"/>
    <w:rsid w:val="00346CBD"/>
    <w:rsid w:val="00A5214A"/>
    <w:rsid w:val="00A77820"/>
    <w:rsid w:val="00AA1D8D"/>
    <w:rsid w:val="00B037D3"/>
    <w:rsid w:val="00B47730"/>
    <w:rsid w:val="00C22231"/>
    <w:rsid w:val="00CB0664"/>
    <w:rsid w:val="00D32040"/>
    <w:rsid w:val="00EC40E6"/>
    <w:rsid w:val="00FC693F"/>
    <w:rsid w:val="00FF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B8D4AA"/>
  <w14:defaultImageDpi w14:val="300"/>
  <w15:docId w15:val="{ECCADE4B-EBBC-444B-B7BB-86ABBA792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037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37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37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37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37D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Karen Keenan</cp:lastModifiedBy>
  <cp:revision>3</cp:revision>
  <dcterms:created xsi:type="dcterms:W3CDTF">2026-04-20T13:16:00Z</dcterms:created>
  <dcterms:modified xsi:type="dcterms:W3CDTF">2026-04-20T13:21:00Z</dcterms:modified>
  <cp:category/>
</cp:coreProperties>
</file>