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5FAA" w14:textId="77777777" w:rsidR="00B037D3" w:rsidRPr="000A29DF" w:rsidRDefault="00B037D3" w:rsidP="000A29DF">
      <w:pPr>
        <w:pStyle w:val="Title"/>
        <w:jc w:val="center"/>
        <w:rPr>
          <w:color w:val="000000" w:themeColor="text1"/>
          <w:sz w:val="48"/>
          <w:szCs w:val="48"/>
        </w:rPr>
      </w:pPr>
      <w:r w:rsidRPr="000A29DF">
        <w:rPr>
          <w:color w:val="000000" w:themeColor="text1"/>
          <w:sz w:val="48"/>
          <w:szCs w:val="48"/>
        </w:rPr>
        <w:t>Request for Change in Research Protocol Involving Human Subjects</w:t>
      </w:r>
    </w:p>
    <w:p w14:paraId="672FBEB1" w14:textId="77777777" w:rsidR="00B037D3" w:rsidRPr="000A29DF" w:rsidRDefault="00B037D3" w:rsidP="00B037D3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Fitchburg State University</w:t>
      </w:r>
    </w:p>
    <w:p w14:paraId="2DB38683" w14:textId="77777777" w:rsidR="00C22231" w:rsidRPr="000A29DF" w:rsidRDefault="00000000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Institutional Review Board (IRB)</w:t>
      </w:r>
    </w:p>
    <w:p w14:paraId="5B3C0CE1" w14:textId="77777777" w:rsidR="00C22231" w:rsidRPr="000A29DF" w:rsidRDefault="00000000">
      <w:pPr>
        <w:pStyle w:val="Heading1"/>
        <w:rPr>
          <w:color w:val="000000" w:themeColor="text1"/>
        </w:rPr>
      </w:pPr>
      <w:r w:rsidRPr="000A29DF">
        <w:rPr>
          <w:color w:val="000000" w:themeColor="text1"/>
        </w:rPr>
        <w:t>Request for Change in Research Protocol Involving Human Subjects</w:t>
      </w:r>
    </w:p>
    <w:p w14:paraId="29C703E8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Instructions</w:t>
      </w:r>
    </w:p>
    <w:p w14:paraId="52EDB1E6" w14:textId="1B0B851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 xml:space="preserve">Complete all required fields. Fields marked with an asterisk (*) are required. </w:t>
      </w:r>
      <w:r w:rsidR="000A29DF">
        <w:rPr>
          <w:color w:val="000000" w:themeColor="text1"/>
        </w:rPr>
        <w:t>Type your responses on the lines/in the space provided</w:t>
      </w:r>
      <w:r w:rsidRPr="000A29DF">
        <w:rPr>
          <w:color w:val="000000" w:themeColor="text1"/>
        </w:rPr>
        <w:t>. Attach any updated or new documents referenced.</w:t>
      </w:r>
    </w:p>
    <w:p w14:paraId="03CE9D80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1: Applicant Information</w:t>
      </w:r>
    </w:p>
    <w:p w14:paraId="287CDBEB" w14:textId="77777777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Principal Investigator (PI) *</w:t>
      </w:r>
    </w:p>
    <w:p w14:paraId="590D847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76A07923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055429B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08D1A1B6" w14:textId="77777777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Faculty Advisor (if PI is a student)</w:t>
      </w:r>
    </w:p>
    <w:p w14:paraId="6D356E20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35CEA581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53B024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277AC587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2: Project Information</w:t>
      </w:r>
    </w:p>
    <w:p w14:paraId="2BF8A1FD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Title *</w:t>
      </w:r>
    </w:p>
    <w:p w14:paraId="7C6B277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</w:t>
      </w:r>
    </w:p>
    <w:p w14:paraId="35D72301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Type * (Select one)</w:t>
      </w:r>
    </w:p>
    <w:p w14:paraId="1966BE8C" w14:textId="7E3C0397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Exempt</w:t>
      </w:r>
    </w:p>
    <w:p w14:paraId="15A8CAE4" w14:textId="1D483529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Expedited</w:t>
      </w:r>
    </w:p>
    <w:p w14:paraId="077C51FE" w14:textId="1845BB9D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Full Review</w:t>
      </w:r>
    </w:p>
    <w:p w14:paraId="6760D080" w14:textId="77777777" w:rsidR="000A29DF" w:rsidRDefault="000A29DF">
      <w:pPr>
        <w:rPr>
          <w:color w:val="000000" w:themeColor="text1"/>
        </w:rPr>
      </w:pPr>
    </w:p>
    <w:p w14:paraId="4762237D" w14:textId="463B2E02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lastRenderedPageBreak/>
        <w:t>Project Period *</w:t>
      </w:r>
    </w:p>
    <w:p w14:paraId="1AF83E51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Start Date (MM/DD/YYYY): ____________________</w:t>
      </w:r>
    </w:p>
    <w:p w14:paraId="407B5CF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End Date (MM/DD/YYYY): ______________________</w:t>
      </w:r>
    </w:p>
    <w:p w14:paraId="57AABB76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3: Proposed Changes</w:t>
      </w:r>
    </w:p>
    <w:p w14:paraId="4BE67323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Description of Proposed Changes *</w:t>
      </w:r>
    </w:p>
    <w:p w14:paraId="62DBD450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</w:t>
      </w:r>
      <w:r w:rsidR="00B037D3" w:rsidRPr="000A29DF">
        <w:rPr>
          <w:color w:val="000000" w:themeColor="text1"/>
        </w:rPr>
        <w:t>_______________________________________________________________</w:t>
      </w:r>
      <w:r w:rsidRPr="000A29DF">
        <w:rPr>
          <w:color w:val="000000" w:themeColor="text1"/>
        </w:rPr>
        <w:t>__________________</w:t>
      </w:r>
    </w:p>
    <w:p w14:paraId="266CEFA9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</w:t>
      </w:r>
      <w:r w:rsidR="00B037D3" w:rsidRPr="000A29DF">
        <w:rPr>
          <w:color w:val="000000" w:themeColor="text1"/>
        </w:rPr>
        <w:t>_______________________________________________________________________</w:t>
      </w:r>
      <w:r w:rsidRPr="000A29DF">
        <w:rPr>
          <w:color w:val="000000" w:themeColor="text1"/>
        </w:rPr>
        <w:t>_________________________________</w:t>
      </w:r>
    </w:p>
    <w:p w14:paraId="3C32DDC4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4: Justification for Changes</w:t>
      </w:r>
    </w:p>
    <w:p w14:paraId="06728AF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Reason for Proposed Changes *</w:t>
      </w:r>
    </w:p>
    <w:p w14:paraId="469F45AB" w14:textId="77777777" w:rsidR="000A29DF" w:rsidRPr="000A29DF" w:rsidRDefault="000A29DF" w:rsidP="000A29DF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67408F4E" w14:textId="77777777" w:rsidR="000A29DF" w:rsidRPr="000A29DF" w:rsidRDefault="000A29DF" w:rsidP="000A29DF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170C4E2B" w14:textId="25FDC8A3" w:rsidR="000A29DF" w:rsidRPr="000A29DF" w:rsidRDefault="000A29DF" w:rsidP="000A29DF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5: </w:t>
      </w:r>
      <w:r>
        <w:rPr>
          <w:color w:val="000000" w:themeColor="text1"/>
        </w:rPr>
        <w:t>Title II/ADA Compliance</w:t>
      </w:r>
    </w:p>
    <w:p w14:paraId="4E1F86EF" w14:textId="4C508715" w:rsidR="000A29DF" w:rsidRDefault="00346CBD" w:rsidP="000A29DF">
      <w:pPr>
        <w:rPr>
          <w:color w:val="000000" w:themeColor="text1"/>
        </w:rPr>
      </w:pPr>
      <w:r>
        <w:rPr>
          <w:color w:val="000000" w:themeColor="text1"/>
        </w:rPr>
        <w:t>Verification</w:t>
      </w:r>
      <w:r w:rsidR="000A29DF" w:rsidRPr="000A29DF">
        <w:rPr>
          <w:color w:val="000000" w:themeColor="text1"/>
        </w:rPr>
        <w:t xml:space="preserve"> *</w:t>
      </w:r>
    </w:p>
    <w:p w14:paraId="760C442C" w14:textId="3F075261" w:rsidR="000A29DF" w:rsidRPr="000A29DF" w:rsidRDefault="000A29DF" w:rsidP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Pr="000A29D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By checking here, we verify that all digital content submitted </w:t>
      </w:r>
      <w:r w:rsidR="00346CBD">
        <w:rPr>
          <w:color w:val="000000" w:themeColor="text1"/>
        </w:rPr>
        <w:t xml:space="preserve">is designed to comply with Title II of the Americans with Disabilities Act. </w:t>
      </w:r>
    </w:p>
    <w:p w14:paraId="42E466ED" w14:textId="4E8A033A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</w:t>
      </w:r>
      <w:r w:rsidR="000A29DF">
        <w:rPr>
          <w:color w:val="000000" w:themeColor="text1"/>
        </w:rPr>
        <w:t>6</w:t>
      </w:r>
      <w:r w:rsidRPr="000A29DF">
        <w:rPr>
          <w:color w:val="000000" w:themeColor="text1"/>
        </w:rPr>
        <w:t>: Signatures</w:t>
      </w:r>
    </w:p>
    <w:p w14:paraId="4F4D679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Primary Researcher Certification *</w:t>
      </w:r>
    </w:p>
    <w:p w14:paraId="678BEF5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certify that the information provided is accurate and complete.</w:t>
      </w:r>
    </w:p>
    <w:p w14:paraId="7E6A7E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5689AB8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7A86323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p w14:paraId="0941F99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Faculty Advisor Certification (if applicable)</w:t>
      </w:r>
    </w:p>
    <w:p w14:paraId="431209B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have reviewed and approve the proposed changes.</w:t>
      </w:r>
    </w:p>
    <w:p w14:paraId="260BEA8E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3232161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4686354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sectPr w:rsidR="00C22231" w:rsidRPr="000A29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230194">
    <w:abstractNumId w:val="8"/>
  </w:num>
  <w:num w:numId="2" w16cid:durableId="1871650246">
    <w:abstractNumId w:val="6"/>
  </w:num>
  <w:num w:numId="3" w16cid:durableId="1211108707">
    <w:abstractNumId w:val="5"/>
  </w:num>
  <w:num w:numId="4" w16cid:durableId="71899984">
    <w:abstractNumId w:val="4"/>
  </w:num>
  <w:num w:numId="5" w16cid:durableId="1375078561">
    <w:abstractNumId w:val="7"/>
  </w:num>
  <w:num w:numId="6" w16cid:durableId="1894461780">
    <w:abstractNumId w:val="3"/>
  </w:num>
  <w:num w:numId="7" w16cid:durableId="542139698">
    <w:abstractNumId w:val="2"/>
  </w:num>
  <w:num w:numId="8" w16cid:durableId="1040394915">
    <w:abstractNumId w:val="1"/>
  </w:num>
  <w:num w:numId="9" w16cid:durableId="169280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9DF"/>
    <w:rsid w:val="0015074B"/>
    <w:rsid w:val="0029639D"/>
    <w:rsid w:val="00326F90"/>
    <w:rsid w:val="00346CBD"/>
    <w:rsid w:val="00A77820"/>
    <w:rsid w:val="00AA1D8D"/>
    <w:rsid w:val="00B037D3"/>
    <w:rsid w:val="00B47730"/>
    <w:rsid w:val="00C222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8D4AA"/>
  <w14:defaultImageDpi w14:val="300"/>
  <w15:docId w15:val="{ECCADE4B-EBBC-444B-B7BB-86ABBA79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Keenan</cp:lastModifiedBy>
  <cp:revision>2</cp:revision>
  <dcterms:created xsi:type="dcterms:W3CDTF">2026-04-20T12:36:00Z</dcterms:created>
  <dcterms:modified xsi:type="dcterms:W3CDTF">2026-04-20T12:36:00Z</dcterms:modified>
  <cp:category/>
</cp:coreProperties>
</file>